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4C15F7" w:rsidRPr="004C15F7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4C15F7" w:rsidRPr="004C15F7" w:rsidRDefault="004C15F7" w:rsidP="004C15F7">
            <w:pPr>
              <w:spacing w:after="40"/>
              <w:rPr>
                <w:rFonts w:ascii="Trebuchet MS" w:hAnsi="Trebuchet MS"/>
                <w:b/>
                <w:sz w:val="17"/>
              </w:rPr>
            </w:pPr>
            <w:proofErr w:type="spellStart"/>
            <w:r w:rsidRPr="004C15F7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4C15F7">
              <w:rPr>
                <w:rFonts w:ascii="Trebuchet MS" w:hAnsi="Trebuchet MS"/>
                <w:sz w:val="17"/>
              </w:rPr>
              <w:t xml:space="preserve">: </w:t>
            </w:r>
            <w:r w:rsidRPr="004C15F7">
              <w:rPr>
                <w:rFonts w:ascii="Trebuchet MS" w:hAnsi="Trebuchet MS"/>
                <w:b/>
                <w:sz w:val="17"/>
              </w:rPr>
              <w:t>HARGHITA</w:t>
            </w:r>
          </w:p>
          <w:p w:rsidR="004C15F7" w:rsidRPr="004C15F7" w:rsidRDefault="004C15F7" w:rsidP="004C15F7">
            <w:pPr>
              <w:spacing w:after="40"/>
              <w:rPr>
                <w:rFonts w:ascii="Trebuchet MS" w:hAnsi="Trebuchet MS"/>
              </w:rPr>
            </w:pPr>
            <w:proofErr w:type="spellStart"/>
            <w:r w:rsidRPr="004C15F7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4C15F7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4C15F7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4C15F7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4C15F7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4C15F7">
              <w:rPr>
                <w:rFonts w:ascii="Trebuchet MS" w:hAnsi="Trebuchet MS"/>
                <w:sz w:val="17"/>
              </w:rPr>
              <w:t xml:space="preserve">: </w:t>
            </w:r>
            <w:r w:rsidRPr="004C15F7">
              <w:rPr>
                <w:rFonts w:ascii="Trebuchet MS" w:hAnsi="Trebuchet MS"/>
                <w:b/>
                <w:sz w:val="17"/>
              </w:rPr>
              <w:t>COMUNA LĂZAREA</w:t>
            </w:r>
            <w:r w:rsidRPr="004C15F7">
              <w:rPr>
                <w:rFonts w:ascii="Trebuchet MS" w:hAnsi="Trebuchet MS"/>
                <w:sz w:val="17"/>
              </w:rPr>
              <w:br/>
            </w:r>
            <w:proofErr w:type="spellStart"/>
            <w:r w:rsidRPr="004C15F7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4C15F7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4C15F7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4C15F7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4C15F7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4C15F7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4C15F7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4C15F7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4C15F7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4C15F7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4C15F7">
              <w:rPr>
                <w:rFonts w:ascii="Trebuchet MS" w:hAnsi="Trebuchet MS"/>
                <w:b/>
                <w:sz w:val="17"/>
              </w:rPr>
              <w:br/>
            </w:r>
            <w:r w:rsidRPr="004C15F7">
              <w:rPr>
                <w:rFonts w:ascii="Trebuchet MS" w:hAnsi="Trebuchet MS"/>
                <w:sz w:val="17"/>
              </w:rPr>
              <w:t xml:space="preserve">CIF: </w:t>
            </w:r>
            <w:r w:rsidRPr="004C15F7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4C15F7" w:rsidRPr="004C15F7" w:rsidRDefault="004C15F7" w:rsidP="004C15F7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4C15F7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9264" behindDoc="0" locked="0" layoutInCell="1" allowOverlap="1" wp14:anchorId="42CDB86B" wp14:editId="6928C6B2">
                  <wp:simplePos x="0" y="0"/>
                  <wp:positionH relativeFrom="margin">
                    <wp:align>center</wp:align>
                  </wp:positionH>
                  <wp:positionV relativeFrom="margin">
                    <wp:posOffset>21590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15F7" w:rsidRPr="004C15F7" w:rsidRDefault="004C15F7" w:rsidP="004C15F7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4C15F7" w:rsidRPr="004C15F7" w:rsidRDefault="004C15F7" w:rsidP="004C15F7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4C15F7" w:rsidRPr="004C15F7" w:rsidRDefault="004C15F7" w:rsidP="004C15F7">
            <w:pPr>
              <w:jc w:val="center"/>
              <w:rPr>
                <w:rFonts w:ascii="Trebuchet MS" w:hAnsi="Trebuchet MS"/>
              </w:rPr>
            </w:pPr>
            <w:r w:rsidRPr="004C15F7">
              <w:rPr>
                <w:rFonts w:ascii="Trebuchet MS" w:hAnsi="Trebuchet MS"/>
                <w:b/>
                <w:sz w:val="17"/>
              </w:rPr>
              <w:t xml:space="preserve">F_CU_03 - </w:t>
            </w:r>
            <w:proofErr w:type="spellStart"/>
            <w:r w:rsidRPr="004C15F7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4C15F7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4C15F7" w:rsidRPr="004C15F7" w:rsidRDefault="004C15F7" w:rsidP="004C15F7">
            <w:pPr>
              <w:rPr>
                <w:rFonts w:ascii="Trebuchet MS" w:hAnsi="Trebuchet MS"/>
              </w:rPr>
            </w:pPr>
            <w:proofErr w:type="spellStart"/>
            <w:r w:rsidRPr="004C15F7">
              <w:rPr>
                <w:rFonts w:ascii="Trebuchet MS" w:hAnsi="Trebuchet MS"/>
                <w:i/>
                <w:sz w:val="16"/>
              </w:rPr>
              <w:t>Număr</w:t>
            </w:r>
            <w:proofErr w:type="spellEnd"/>
            <w:r w:rsidRPr="004C15F7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4C15F7">
              <w:rPr>
                <w:rFonts w:ascii="Trebuchet MS" w:hAnsi="Trebuchet MS"/>
                <w:i/>
                <w:sz w:val="16"/>
              </w:rPr>
              <w:t>înregistrare</w:t>
            </w:r>
            <w:proofErr w:type="spellEnd"/>
            <w:r w:rsidRPr="004C15F7">
              <w:rPr>
                <w:rFonts w:ascii="Trebuchet MS" w:hAnsi="Trebuchet MS"/>
                <w:i/>
                <w:sz w:val="16"/>
              </w:rPr>
              <w:t>: .....................</w:t>
            </w:r>
            <w:r w:rsidRPr="004C15F7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4C15F7">
              <w:rPr>
                <w:rFonts w:ascii="Trebuchet MS" w:hAnsi="Trebuchet MS"/>
                <w:i/>
                <w:sz w:val="16"/>
              </w:rPr>
              <w:br/>
              <w:t xml:space="preserve">(se </w:t>
            </w:r>
            <w:proofErr w:type="spellStart"/>
            <w:r w:rsidRPr="004C15F7">
              <w:rPr>
                <w:rFonts w:ascii="Trebuchet MS" w:hAnsi="Trebuchet MS"/>
                <w:i/>
                <w:sz w:val="16"/>
              </w:rPr>
              <w:t>completează</w:t>
            </w:r>
            <w:proofErr w:type="spellEnd"/>
            <w:r w:rsidRPr="004C15F7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4C15F7">
              <w:rPr>
                <w:rFonts w:ascii="Trebuchet MS" w:hAnsi="Trebuchet MS"/>
                <w:i/>
                <w:sz w:val="16"/>
              </w:rPr>
              <w:t>au</w:t>
            </w:r>
            <w:bookmarkStart w:id="0" w:name="_GoBack"/>
            <w:bookmarkEnd w:id="0"/>
            <w:r w:rsidRPr="004C15F7">
              <w:rPr>
                <w:rFonts w:ascii="Trebuchet MS" w:hAnsi="Trebuchet MS"/>
                <w:i/>
                <w:sz w:val="16"/>
              </w:rPr>
              <w:t>toritate</w:t>
            </w:r>
            <w:proofErr w:type="spellEnd"/>
            <w:r w:rsidRPr="004C15F7">
              <w:rPr>
                <w:rFonts w:ascii="Trebuchet MS" w:hAnsi="Trebuchet MS"/>
                <w:i/>
                <w:sz w:val="16"/>
              </w:rPr>
              <w:t>)</w:t>
            </w:r>
          </w:p>
        </w:tc>
      </w:tr>
      <w:tr w:rsidR="00627027" w:rsidRPr="004C15F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27027" w:rsidRPr="004C15F7" w:rsidRDefault="004C15F7">
            <w:pPr>
              <w:jc w:val="center"/>
              <w:rPr>
                <w:rFonts w:ascii="Trebuchet MS" w:hAnsi="Trebuchet MS"/>
              </w:rPr>
            </w:pPr>
            <w:r w:rsidRPr="004C15F7">
              <w:rPr>
                <w:rFonts w:ascii="Trebuchet MS" w:hAnsi="Trebuchet MS"/>
                <w:b/>
                <w:sz w:val="21"/>
              </w:rPr>
              <w:t>Ș</w:t>
            </w:r>
            <w:r w:rsidRPr="004C15F7">
              <w:rPr>
                <w:rFonts w:ascii="Trebuchet MS" w:hAnsi="Trebuchet MS"/>
                <w:b/>
                <w:sz w:val="21"/>
              </w:rPr>
              <w:t>ANTIER ÎN LUCRU - PANOU DE IDENTIFICARE A INVESTIȚIEI / LUCRĂRILOR</w:t>
            </w:r>
          </w:p>
        </w:tc>
      </w:tr>
    </w:tbl>
    <w:p w:rsidR="00627027" w:rsidRPr="004C15F7" w:rsidRDefault="00627027">
      <w:pPr>
        <w:spacing w:after="80"/>
        <w:rPr>
          <w:rFonts w:ascii="Trebuchet MS" w:hAnsi="Trebuchet MS"/>
        </w:rPr>
      </w:pPr>
    </w:p>
    <w:p w:rsidR="00627027" w:rsidRPr="004C15F7" w:rsidRDefault="004C15F7">
      <w:pPr>
        <w:rPr>
          <w:rFonts w:ascii="Trebuchet MS" w:hAnsi="Trebuchet MS"/>
        </w:rPr>
      </w:pPr>
      <w:r w:rsidRPr="004C15F7">
        <w:rPr>
          <w:rFonts w:ascii="Trebuchet MS" w:hAnsi="Trebuchet MS"/>
        </w:rPr>
        <w:t xml:space="preserve">1. ACTUL DE REGLEMENTARE: </w:t>
      </w:r>
      <w:sdt>
        <w:sdtPr>
          <w:rPr>
            <w:rFonts w:ascii="Trebuchet MS" w:hAnsi="Trebuchet MS"/>
          </w:rPr>
          <w:id w:val="-1439592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15F7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4C15F7">
        <w:rPr>
          <w:rFonts w:ascii="Trebuchet MS" w:hAnsi="Trebuchet MS"/>
          <w:sz w:val="18"/>
        </w:rPr>
        <w:t xml:space="preserve"> AUTORIZ</w:t>
      </w:r>
      <w:r w:rsidRPr="004C15F7">
        <w:rPr>
          <w:rFonts w:ascii="Trebuchet MS" w:hAnsi="Trebuchet MS"/>
          <w:sz w:val="18"/>
        </w:rPr>
        <w:t>AȚIE DE CONSTRUIRE/DESFIINȚARE</w:t>
      </w:r>
      <w:r w:rsidRPr="004C15F7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611283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C15F7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4C15F7">
        <w:rPr>
          <w:rFonts w:ascii="Trebuchet MS" w:hAnsi="Trebuchet MS"/>
          <w:sz w:val="18"/>
        </w:rPr>
        <w:t xml:space="preserve"> NOTIFICARE LUCRĂRI</w:t>
      </w:r>
      <w:r w:rsidRPr="004C15F7">
        <w:rPr>
          <w:rFonts w:ascii="Trebuchet MS" w:hAnsi="Trebuchet MS"/>
        </w:rPr>
        <w:br/>
        <w:t>2. Echipa de proiectare (Arhitectură, Structură, Instalații, Verificatori)</w:t>
      </w:r>
      <w:r w:rsidRPr="004C15F7">
        <w:rPr>
          <w:rFonts w:ascii="Trebuchet MS" w:hAnsi="Trebuchet MS"/>
        </w:rPr>
        <w:br/>
        <w:t>3. Executantul (Constructor, Diriginte de șantier, RTE, Termene execuție)</w:t>
      </w:r>
    </w:p>
    <w:sectPr w:rsidR="00627027" w:rsidRPr="004C15F7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15F7"/>
    <w:rsid w:val="0062702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49B83B0-7355-487D-A3FC-DD0161FA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D9B671-413D-45E0-8BEF-0BBBDE6F1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2026-09-11T10:20:00Z</dcterms:created>
  <dcterms:modified xsi:type="dcterms:W3CDTF">2026-09-11T10:20:00Z</dcterms:modified>
  <cp:category/>
</cp:coreProperties>
</file>